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F096F" w:rsidRDefault="001A78DF" w:rsidP="00EF096F">
      <w:pPr>
        <w:pStyle w:val="NoSpacing"/>
        <w:jc w:val="right"/>
        <w:rPr>
          <w:rFonts w:ascii="Old English Text MT" w:hAnsi="Old English Text MT"/>
          <w:color w:val="002060"/>
          <w:sz w:val="36"/>
          <w:szCs w:val="46"/>
        </w:rPr>
      </w:pPr>
      <w:r>
        <w:rPr>
          <w:noProof/>
        </w:rPr>
        <w:drawing>
          <wp:inline distT="0" distB="0" distL="0" distR="0" wp14:anchorId="077EA207" wp14:editId="201AA64F">
            <wp:extent cx="632685" cy="586740"/>
            <wp:effectExtent l="0" t="0" r="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24" cy="597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096F">
        <w:rPr>
          <w:noProof/>
        </w:rPr>
        <w:drawing>
          <wp:anchor distT="0" distB="0" distL="114300" distR="114300" simplePos="0" relativeHeight="251663872" behindDoc="0" locked="0" layoutInCell="1" allowOverlap="1" wp14:anchorId="359F1F0A" wp14:editId="3476A4A4">
            <wp:simplePos x="0" y="0"/>
            <wp:positionH relativeFrom="column">
              <wp:posOffset>2343150</wp:posOffset>
            </wp:positionH>
            <wp:positionV relativeFrom="paragraph">
              <wp:posOffset>6350</wp:posOffset>
            </wp:positionV>
            <wp:extent cx="685800" cy="685800"/>
            <wp:effectExtent l="0" t="0" r="0" b="0"/>
            <wp:wrapNone/>
            <wp:docPr id="12" name="Picture 12" descr="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096F">
        <w:rPr>
          <w:noProof/>
        </w:rPr>
        <w:drawing>
          <wp:inline distT="0" distB="0" distL="0" distR="0" wp14:anchorId="4BBA66C9" wp14:editId="490612D9">
            <wp:extent cx="565150" cy="788093"/>
            <wp:effectExtent l="0" t="0" r="635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61" cy="79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096F">
        <w:rPr>
          <w:rFonts w:ascii="Times New Roman" w:hAnsi="Times New Roman" w:cs="Times New Roman"/>
          <w:noProof/>
        </w:rPr>
        <w:drawing>
          <wp:inline distT="0" distB="0" distL="0" distR="0" wp14:anchorId="090DE2E8" wp14:editId="74C68A1D">
            <wp:extent cx="596900" cy="5969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QAC LOGO 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900" cy="59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4C4C" w:rsidRDefault="00A54C4C" w:rsidP="00A54C4C">
      <w:pPr>
        <w:pStyle w:val="NoSpacing"/>
        <w:jc w:val="center"/>
        <w:rPr>
          <w:rFonts w:ascii="Old English Text MT" w:hAnsi="Old English Text MT"/>
          <w:color w:val="002060"/>
          <w:sz w:val="36"/>
          <w:szCs w:val="46"/>
        </w:rPr>
      </w:pPr>
      <w:r>
        <w:rPr>
          <w:rFonts w:ascii="Old English Text MT" w:hAnsi="Old English Text MT"/>
          <w:color w:val="002060"/>
          <w:sz w:val="36"/>
          <w:szCs w:val="46"/>
        </w:rPr>
        <w:t>Geethanjali College of Engineering and Technology</w:t>
      </w:r>
    </w:p>
    <w:p w:rsidR="00A54C4C" w:rsidRDefault="00A54C4C" w:rsidP="00A54C4C">
      <w:pPr>
        <w:pStyle w:val="NoSpacing"/>
        <w:jc w:val="center"/>
        <w:rPr>
          <w:rFonts w:ascii="Times New Roman" w:hAnsi="Times New Roman" w:cs="Times New Roman"/>
          <w:b/>
          <w:color w:val="002060"/>
          <w:sz w:val="24"/>
        </w:rPr>
      </w:pPr>
      <w:r>
        <w:rPr>
          <w:rFonts w:ascii="Times New Roman" w:hAnsi="Times New Roman" w:cs="Times New Roman"/>
          <w:b/>
          <w:color w:val="002060"/>
          <w:sz w:val="24"/>
        </w:rPr>
        <w:t>(UGC Autonomous)</w:t>
      </w:r>
    </w:p>
    <w:p w:rsidR="00A54C4C" w:rsidRDefault="00A54C4C" w:rsidP="00A54C4C">
      <w:pPr>
        <w:pStyle w:val="NoSpacing"/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>
        <w:rPr>
          <w:rFonts w:ascii="Times New Roman" w:hAnsi="Times New Roman" w:cs="Times New Roman"/>
          <w:color w:val="002060"/>
        </w:rPr>
        <w:t xml:space="preserve">Accredited by NAAC with </w:t>
      </w:r>
      <w:r>
        <w:rPr>
          <w:rFonts w:ascii="Times New Roman" w:hAnsi="Times New Roman" w:cs="Times New Roman"/>
          <w:b/>
          <w:color w:val="002060"/>
        </w:rPr>
        <w:t>A</w:t>
      </w:r>
      <w:r>
        <w:rPr>
          <w:rFonts w:ascii="Times New Roman" w:hAnsi="Times New Roman" w:cs="Times New Roman"/>
          <w:b/>
          <w:color w:val="002060"/>
          <w:vertAlign w:val="superscript"/>
        </w:rPr>
        <w:t>+</w:t>
      </w:r>
      <w:r>
        <w:rPr>
          <w:rFonts w:ascii="Times New Roman" w:hAnsi="Times New Roman" w:cs="Times New Roman"/>
          <w:color w:val="002060"/>
        </w:rPr>
        <w:t xml:space="preserve"> Grade; B.Tech. CSE, EEE, ECE Accredited by NBA;</w:t>
      </w:r>
    </w:p>
    <w:p w:rsidR="00A54C4C" w:rsidRDefault="00A54C4C" w:rsidP="00A54C4C">
      <w:pPr>
        <w:pStyle w:val="NoSpacing"/>
        <w:jc w:val="center"/>
        <w:rPr>
          <w:rFonts w:ascii="Times New Roman" w:hAnsi="Times New Roman" w:cs="Times New Roman"/>
          <w:color w:val="002060"/>
        </w:rPr>
      </w:pPr>
      <w:r>
        <w:rPr>
          <w:rFonts w:ascii="Times New Roman" w:hAnsi="Times New Roman" w:cs="Times New Roman"/>
          <w:color w:val="002060"/>
        </w:rPr>
        <w:t>Approved by AICTE, New Delhi; Affiliated to JNTUH, Hyderabad;</w:t>
      </w:r>
    </w:p>
    <w:p w:rsidR="00A54C4C" w:rsidRDefault="00A54C4C" w:rsidP="00A54C4C">
      <w:pPr>
        <w:pStyle w:val="NoSpacing"/>
        <w:pBdr>
          <w:bottom w:val="single" w:sz="6" w:space="1" w:color="auto"/>
        </w:pBdr>
        <w:jc w:val="center"/>
        <w:rPr>
          <w:rFonts w:ascii="Times New Roman" w:hAnsi="Times New Roman" w:cs="Times New Roman"/>
          <w:color w:val="215868" w:themeColor="accent5" w:themeShade="80"/>
        </w:rPr>
      </w:pPr>
      <w:proofErr w:type="spellStart"/>
      <w:r>
        <w:rPr>
          <w:rFonts w:ascii="Times New Roman" w:hAnsi="Times New Roman" w:cs="Times New Roman"/>
          <w:color w:val="002060"/>
          <w:sz w:val="20"/>
        </w:rPr>
        <w:t>Cheeryal</w:t>
      </w:r>
      <w:proofErr w:type="spellEnd"/>
      <w:r>
        <w:rPr>
          <w:rFonts w:ascii="Times New Roman" w:hAnsi="Times New Roman" w:cs="Times New Roman"/>
          <w:color w:val="002060"/>
          <w:sz w:val="20"/>
        </w:rPr>
        <w:t xml:space="preserve"> (V), </w:t>
      </w:r>
      <w:proofErr w:type="spellStart"/>
      <w:r>
        <w:rPr>
          <w:rFonts w:ascii="Times New Roman" w:hAnsi="Times New Roman" w:cs="Times New Roman"/>
          <w:color w:val="002060"/>
          <w:sz w:val="20"/>
        </w:rPr>
        <w:t>Keesara</w:t>
      </w:r>
      <w:proofErr w:type="spellEnd"/>
      <w:r>
        <w:rPr>
          <w:rFonts w:ascii="Times New Roman" w:hAnsi="Times New Roman" w:cs="Times New Roman"/>
          <w:color w:val="002060"/>
          <w:sz w:val="20"/>
        </w:rPr>
        <w:t xml:space="preserve"> (M), </w:t>
      </w:r>
      <w:proofErr w:type="spellStart"/>
      <w:r>
        <w:rPr>
          <w:rFonts w:ascii="Times New Roman" w:hAnsi="Times New Roman" w:cs="Times New Roman"/>
          <w:color w:val="002060"/>
          <w:sz w:val="20"/>
        </w:rPr>
        <w:t>Medchal-Malkajgiri</w:t>
      </w:r>
      <w:proofErr w:type="spellEnd"/>
      <w:r>
        <w:rPr>
          <w:rFonts w:ascii="Times New Roman" w:hAnsi="Times New Roman" w:cs="Times New Roman"/>
          <w:color w:val="002060"/>
          <w:sz w:val="20"/>
        </w:rPr>
        <w:t xml:space="preserve"> Dist., Telangana-501301</w:t>
      </w:r>
    </w:p>
    <w:p w:rsidR="000D3A4D" w:rsidRPr="00A54C4C" w:rsidRDefault="003C34EA" w:rsidP="00A54C4C">
      <w:pPr>
        <w:jc w:val="center"/>
        <w:rPr>
          <w:rFonts w:ascii="Times New Roman" w:hAnsi="Times New Roman" w:cs="Times New Roman"/>
          <w:b/>
          <w:sz w:val="28"/>
          <w:szCs w:val="24"/>
          <w:u w:val="single"/>
        </w:rPr>
      </w:pPr>
      <w:r w:rsidRPr="00A54C4C">
        <w:rPr>
          <w:rFonts w:ascii="Times New Roman" w:hAnsi="Times New Roman" w:cs="Times New Roman"/>
          <w:b/>
          <w:sz w:val="28"/>
          <w:szCs w:val="24"/>
          <w:u w:val="single"/>
        </w:rPr>
        <w:t>Session Details:</w:t>
      </w:r>
    </w:p>
    <w:p w:rsidR="00276687" w:rsidRPr="00276687" w:rsidRDefault="003C34EA">
      <w:pPr>
        <w:rPr>
          <w:rFonts w:ascii="Times New Roman" w:hAnsi="Times New Roman" w:cs="Times New Roman"/>
          <w:szCs w:val="24"/>
        </w:rPr>
      </w:pPr>
      <w:r w:rsidRPr="007E39A3">
        <w:rPr>
          <w:rFonts w:ascii="Times New Roman" w:hAnsi="Times New Roman" w:cs="Times New Roman"/>
          <w:b/>
          <w:sz w:val="24"/>
          <w:szCs w:val="24"/>
        </w:rPr>
        <w:t xml:space="preserve">Title of the Session: </w:t>
      </w:r>
      <w:r w:rsidR="00276687" w:rsidRPr="00276687">
        <w:rPr>
          <w:rFonts w:ascii="Times New Roman" w:hAnsi="Times New Roman" w:cs="Times New Roman"/>
          <w:sz w:val="24"/>
          <w:szCs w:val="24"/>
        </w:rPr>
        <w:t>Guest Lecture on Coding Platforms &amp; Career Pathways</w:t>
      </w:r>
      <w:r w:rsidR="00276687" w:rsidRPr="00276687">
        <w:rPr>
          <w:rFonts w:ascii="Times New Roman" w:hAnsi="Times New Roman" w:cs="Times New Roman"/>
          <w:szCs w:val="24"/>
        </w:rPr>
        <w:t xml:space="preserve"> </w:t>
      </w:r>
      <w:bookmarkStart w:id="0" w:name="_GoBack"/>
      <w:bookmarkEnd w:id="0"/>
    </w:p>
    <w:p w:rsidR="000D3A4D" w:rsidRPr="007E39A3" w:rsidRDefault="003C34EA">
      <w:pPr>
        <w:rPr>
          <w:rFonts w:ascii="Times New Roman" w:hAnsi="Times New Roman" w:cs="Times New Roman"/>
          <w:sz w:val="24"/>
          <w:szCs w:val="24"/>
        </w:rPr>
      </w:pPr>
      <w:r w:rsidRPr="007E39A3">
        <w:rPr>
          <w:rFonts w:ascii="Times New Roman" w:hAnsi="Times New Roman" w:cs="Times New Roman"/>
          <w:b/>
          <w:sz w:val="24"/>
          <w:szCs w:val="24"/>
        </w:rPr>
        <w:t xml:space="preserve">Start Date &amp; End Date (DD-MM-YY format): </w:t>
      </w:r>
      <w:r>
        <w:rPr>
          <w:rFonts w:ascii="Times New Roman" w:hAnsi="Times New Roman" w:cs="Times New Roman"/>
          <w:sz w:val="24"/>
          <w:szCs w:val="24"/>
        </w:rPr>
        <w:t>31</w:t>
      </w:r>
      <w:r w:rsidRPr="003C34EA">
        <w:rPr>
          <w:rFonts w:ascii="Times New Roman" w:hAnsi="Times New Roman" w:cs="Times New Roman"/>
          <w:sz w:val="24"/>
          <w:szCs w:val="24"/>
          <w:vertAlign w:val="superscript"/>
        </w:rPr>
        <w:t>st</w:t>
      </w:r>
      <w:r>
        <w:rPr>
          <w:rFonts w:ascii="Times New Roman" w:hAnsi="Times New Roman" w:cs="Times New Roman"/>
          <w:sz w:val="24"/>
          <w:szCs w:val="24"/>
        </w:rPr>
        <w:t xml:space="preserve"> October,2025</w:t>
      </w:r>
    </w:p>
    <w:p w:rsidR="000D3A4D" w:rsidRPr="007E39A3" w:rsidRDefault="003C34EA">
      <w:pPr>
        <w:rPr>
          <w:rFonts w:ascii="Times New Roman" w:hAnsi="Times New Roman" w:cs="Times New Roman"/>
          <w:sz w:val="24"/>
          <w:szCs w:val="24"/>
        </w:rPr>
      </w:pPr>
      <w:r w:rsidRPr="007E39A3">
        <w:rPr>
          <w:rFonts w:ascii="Times New Roman" w:hAnsi="Times New Roman" w:cs="Times New Roman"/>
          <w:b/>
          <w:sz w:val="24"/>
          <w:szCs w:val="24"/>
        </w:rPr>
        <w:t xml:space="preserve">Duration: </w:t>
      </w:r>
      <w:r w:rsidRPr="007E39A3">
        <w:rPr>
          <w:rFonts w:ascii="Times New Roman" w:hAnsi="Times New Roman" w:cs="Times New Roman"/>
          <w:sz w:val="24"/>
          <w:szCs w:val="24"/>
        </w:rPr>
        <w:t>2 Hours (</w:t>
      </w:r>
      <w:r w:rsidR="00396E7A">
        <w:rPr>
          <w:rFonts w:ascii="Times New Roman" w:hAnsi="Times New Roman" w:cs="Times New Roman"/>
          <w:sz w:val="24"/>
          <w:szCs w:val="24"/>
        </w:rPr>
        <w:t xml:space="preserve">1:30 PM to 3:50 </w:t>
      </w:r>
      <w:r w:rsidR="008973F0">
        <w:rPr>
          <w:rFonts w:ascii="Times New Roman" w:hAnsi="Times New Roman" w:cs="Times New Roman"/>
          <w:sz w:val="24"/>
          <w:szCs w:val="24"/>
        </w:rPr>
        <w:t>PM)</w:t>
      </w:r>
    </w:p>
    <w:p w:rsidR="000D3A4D" w:rsidRPr="007E39A3" w:rsidRDefault="003C34EA">
      <w:pPr>
        <w:rPr>
          <w:rFonts w:ascii="Times New Roman" w:hAnsi="Times New Roman" w:cs="Times New Roman"/>
          <w:sz w:val="24"/>
          <w:szCs w:val="24"/>
        </w:rPr>
      </w:pPr>
      <w:r w:rsidRPr="007E39A3">
        <w:rPr>
          <w:rFonts w:ascii="Times New Roman" w:hAnsi="Times New Roman" w:cs="Times New Roman"/>
          <w:b/>
          <w:sz w:val="24"/>
          <w:szCs w:val="24"/>
        </w:rPr>
        <w:t xml:space="preserve">Activity Category: </w:t>
      </w:r>
      <w:r w:rsidRPr="007E39A3">
        <w:rPr>
          <w:rFonts w:ascii="Times New Roman" w:hAnsi="Times New Roman" w:cs="Times New Roman"/>
          <w:sz w:val="24"/>
          <w:szCs w:val="24"/>
        </w:rPr>
        <w:t xml:space="preserve">Self </w:t>
      </w:r>
      <w:r w:rsidR="00276687">
        <w:rPr>
          <w:rFonts w:ascii="Times New Roman" w:hAnsi="Times New Roman" w:cs="Times New Roman"/>
          <w:sz w:val="24"/>
          <w:szCs w:val="24"/>
        </w:rPr>
        <w:t>Driven</w:t>
      </w:r>
    </w:p>
    <w:p w:rsidR="000D3A4D" w:rsidRDefault="003C34EA">
      <w:pPr>
        <w:rPr>
          <w:rFonts w:ascii="Times New Roman" w:hAnsi="Times New Roman" w:cs="Times New Roman"/>
          <w:sz w:val="24"/>
          <w:szCs w:val="24"/>
        </w:rPr>
      </w:pPr>
      <w:r w:rsidRPr="007E39A3">
        <w:rPr>
          <w:rFonts w:ascii="Times New Roman" w:hAnsi="Times New Roman" w:cs="Times New Roman"/>
          <w:b/>
          <w:sz w:val="24"/>
          <w:szCs w:val="24"/>
        </w:rPr>
        <w:t xml:space="preserve">Theme: </w:t>
      </w:r>
      <w:r w:rsidRPr="007E39A3">
        <w:rPr>
          <w:rFonts w:ascii="Times New Roman" w:hAnsi="Times New Roman" w:cs="Times New Roman"/>
          <w:sz w:val="24"/>
          <w:szCs w:val="24"/>
        </w:rPr>
        <w:t>Innovation and Skill Development</w:t>
      </w:r>
    </w:p>
    <w:p w:rsidR="003C34EA" w:rsidRPr="003C34EA" w:rsidRDefault="003C34EA" w:rsidP="003C34EA">
      <w:pPr>
        <w:rPr>
          <w:rFonts w:ascii="Times New Roman" w:hAnsi="Times New Roman" w:cs="Times New Roman"/>
          <w:b/>
          <w:sz w:val="24"/>
          <w:szCs w:val="24"/>
        </w:rPr>
      </w:pPr>
      <w:r w:rsidRPr="003C34EA">
        <w:rPr>
          <w:rFonts w:ascii="Times New Roman" w:hAnsi="Times New Roman" w:cs="Times New Roman"/>
          <w:b/>
          <w:sz w:val="24"/>
          <w:szCs w:val="24"/>
        </w:rPr>
        <w:t>Speaker Details:</w:t>
      </w:r>
    </w:p>
    <w:p w:rsidR="003C34EA" w:rsidRPr="00A66D6F" w:rsidRDefault="003C34EA" w:rsidP="003C34EA">
      <w:pPr>
        <w:pStyle w:val="ListParagraph"/>
        <w:numPr>
          <w:ilvl w:val="0"/>
          <w:numId w:val="14"/>
        </w:numPr>
        <w:spacing w:after="160"/>
        <w:rPr>
          <w:rFonts w:ascii="Times New Roman" w:hAnsi="Times New Roman" w:cs="Times New Roman"/>
        </w:rPr>
      </w:pPr>
      <w:r w:rsidRPr="00A66D6F">
        <w:rPr>
          <w:rFonts w:ascii="Times New Roman" w:hAnsi="Times New Roman" w:cs="Times New Roman"/>
        </w:rPr>
        <w:t>Name:</w:t>
      </w:r>
      <w:r w:rsidRPr="00A66D6F">
        <w:rPr>
          <w:rStyle w:val="Strong"/>
          <w:rFonts w:ascii="Times New Roman" w:hAnsi="Times New Roman" w:cs="Times New Roman"/>
        </w:rPr>
        <w:t xml:space="preserve"> Mr. Nikhil Guru </w:t>
      </w:r>
      <w:proofErr w:type="spellStart"/>
      <w:r w:rsidRPr="00A66D6F">
        <w:rPr>
          <w:rStyle w:val="Strong"/>
          <w:rFonts w:ascii="Times New Roman" w:hAnsi="Times New Roman" w:cs="Times New Roman"/>
        </w:rPr>
        <w:t>Venkatesh</w:t>
      </w:r>
      <w:proofErr w:type="spellEnd"/>
    </w:p>
    <w:p w:rsidR="003C34EA" w:rsidRPr="00A66D6F" w:rsidRDefault="003C34EA" w:rsidP="003C34EA">
      <w:pPr>
        <w:pStyle w:val="ListParagraph"/>
        <w:numPr>
          <w:ilvl w:val="0"/>
          <w:numId w:val="14"/>
        </w:numPr>
        <w:spacing w:after="160"/>
        <w:rPr>
          <w:rFonts w:ascii="Times New Roman" w:hAnsi="Times New Roman" w:cs="Times New Roman"/>
        </w:rPr>
      </w:pPr>
      <w:r w:rsidRPr="00A66D6F">
        <w:rPr>
          <w:rFonts w:ascii="Times New Roman" w:hAnsi="Times New Roman" w:cs="Times New Roman"/>
        </w:rPr>
        <w:t>Designation: AI Architect &amp; Strategist</w:t>
      </w:r>
    </w:p>
    <w:p w:rsidR="003C34EA" w:rsidRDefault="003C34EA" w:rsidP="003C34EA">
      <w:pPr>
        <w:pStyle w:val="ListParagraph"/>
        <w:numPr>
          <w:ilvl w:val="0"/>
          <w:numId w:val="14"/>
        </w:numPr>
        <w:spacing w:after="160"/>
        <w:rPr>
          <w:rFonts w:ascii="Times New Roman" w:hAnsi="Times New Roman" w:cs="Times New Roman"/>
        </w:rPr>
      </w:pPr>
      <w:r w:rsidRPr="00A66D6F">
        <w:rPr>
          <w:rFonts w:ascii="Times New Roman" w:hAnsi="Times New Roman" w:cs="Times New Roman"/>
        </w:rPr>
        <w:t xml:space="preserve">Organization: </w:t>
      </w:r>
      <w:proofErr w:type="spellStart"/>
      <w:r w:rsidRPr="00A66D6F">
        <w:rPr>
          <w:rFonts w:ascii="Times New Roman" w:hAnsi="Times New Roman" w:cs="Times New Roman"/>
        </w:rPr>
        <w:t>Techolution</w:t>
      </w:r>
      <w:proofErr w:type="spellEnd"/>
    </w:p>
    <w:p w:rsidR="003C34EA" w:rsidRPr="00A66D6F" w:rsidRDefault="003C34EA" w:rsidP="003C34EA">
      <w:pPr>
        <w:pStyle w:val="NormalWeb"/>
        <w:ind w:firstLine="720"/>
        <w:jc w:val="both"/>
      </w:pPr>
      <w:r w:rsidRPr="00A66D6F">
        <w:rPr>
          <w:rStyle w:val="Strong"/>
        </w:rPr>
        <w:t xml:space="preserve">Mr. Nikhil Guru </w:t>
      </w:r>
      <w:proofErr w:type="spellStart"/>
      <w:r w:rsidRPr="00A66D6F">
        <w:rPr>
          <w:rStyle w:val="Strong"/>
        </w:rPr>
        <w:t>Venkatesh</w:t>
      </w:r>
      <w:proofErr w:type="spellEnd"/>
      <w:r w:rsidRPr="00A66D6F">
        <w:t xml:space="preserve"> is an accomplished </w:t>
      </w:r>
      <w:r w:rsidRPr="00A66D6F">
        <w:rPr>
          <w:rStyle w:val="Strong"/>
        </w:rPr>
        <w:t>AI Architect &amp; Strategist</w:t>
      </w:r>
      <w:r w:rsidRPr="00A66D6F">
        <w:t xml:space="preserve"> with extensive experience in designing intelligent systems, developing large-scale AI solutions, and driving technology innovation in the software industry. He is associated with </w:t>
      </w:r>
      <w:proofErr w:type="spellStart"/>
      <w:r w:rsidRPr="00A66D6F">
        <w:rPr>
          <w:rStyle w:val="Strong"/>
        </w:rPr>
        <w:t>Techolution</w:t>
      </w:r>
      <w:proofErr w:type="spellEnd"/>
      <w:r w:rsidRPr="00A66D6F">
        <w:t xml:space="preserve">, where he contributes to strategic AI initiatives, digital transformation projects, and enterprise-level automation </w:t>
      </w:r>
      <w:proofErr w:type="spellStart"/>
      <w:proofErr w:type="gramStart"/>
      <w:r w:rsidRPr="00A66D6F">
        <w:t>solutions.With</w:t>
      </w:r>
      <w:proofErr w:type="spellEnd"/>
      <w:proofErr w:type="gramEnd"/>
      <w:r w:rsidRPr="00A66D6F">
        <w:t xml:space="preserve"> strong expertise in </w:t>
      </w:r>
      <w:r w:rsidRPr="00A66D6F">
        <w:rPr>
          <w:rStyle w:val="Strong"/>
        </w:rPr>
        <w:t>Artificial Intelligence, Machine Learning, Cloud Technologies, and Modern Software Development</w:t>
      </w:r>
      <w:r w:rsidRPr="00A66D6F">
        <w:t>, he has led several high-impact projects across domains such as finance, healthcare, manufacturing, and smart automation. His work focuses on building scalable architectures, optimizing development pipelines, and enabling organizations to adopt cutting-edge AI capabilities.</w:t>
      </w:r>
    </w:p>
    <w:p w:rsidR="003C34EA" w:rsidRPr="00A66D6F" w:rsidRDefault="003C34EA" w:rsidP="003C34EA">
      <w:pPr>
        <w:pStyle w:val="NormalWeb"/>
      </w:pPr>
      <w:r w:rsidRPr="00A66D6F">
        <w:t>Mr. Nikhil is also a passionate mentor and speaker, committed to empowering students and young professionals. He frequently delivers sessions on:</w:t>
      </w:r>
    </w:p>
    <w:p w:rsidR="003C34EA" w:rsidRPr="00A66D6F" w:rsidRDefault="003C34EA" w:rsidP="003C34EA">
      <w:pPr>
        <w:pStyle w:val="NormalWeb"/>
        <w:numPr>
          <w:ilvl w:val="0"/>
          <w:numId w:val="15"/>
        </w:numPr>
      </w:pPr>
      <w:r w:rsidRPr="00A66D6F">
        <w:t>Coding best practices and problem-solving techniques</w:t>
      </w:r>
    </w:p>
    <w:p w:rsidR="003C34EA" w:rsidRPr="00A66D6F" w:rsidRDefault="003C34EA" w:rsidP="003C34EA">
      <w:pPr>
        <w:pStyle w:val="NormalWeb"/>
        <w:numPr>
          <w:ilvl w:val="0"/>
          <w:numId w:val="15"/>
        </w:numPr>
      </w:pPr>
      <w:r w:rsidRPr="00A66D6F">
        <w:t>Competitive programming and coding interview preparation</w:t>
      </w:r>
    </w:p>
    <w:p w:rsidR="003C34EA" w:rsidRPr="00A66D6F" w:rsidRDefault="003C34EA" w:rsidP="003C34EA">
      <w:pPr>
        <w:pStyle w:val="NormalWeb"/>
        <w:numPr>
          <w:ilvl w:val="0"/>
          <w:numId w:val="15"/>
        </w:numPr>
      </w:pPr>
      <w:r w:rsidRPr="00A66D6F">
        <w:t>Emerging technologies including AI, data science, and cloud computing</w:t>
      </w:r>
    </w:p>
    <w:p w:rsidR="003C34EA" w:rsidRPr="00A66D6F" w:rsidRDefault="003C34EA" w:rsidP="003C34EA">
      <w:pPr>
        <w:pStyle w:val="NormalWeb"/>
        <w:numPr>
          <w:ilvl w:val="0"/>
          <w:numId w:val="15"/>
        </w:numPr>
      </w:pPr>
      <w:r w:rsidRPr="00A66D6F">
        <w:t>Career pathways in software development and the IT industry</w:t>
      </w:r>
    </w:p>
    <w:p w:rsidR="003C34EA" w:rsidRPr="00A66D6F" w:rsidRDefault="003C34EA" w:rsidP="003C34EA">
      <w:pPr>
        <w:pStyle w:val="NormalWeb"/>
      </w:pPr>
      <w:r w:rsidRPr="00A66D6F">
        <w:t>Known for his engaging speaking style and industry-driven insights, he inspires students to strengthen their technical foundations, explore innovation, and pursue impactful careers in technology.</w:t>
      </w:r>
    </w:p>
    <w:p w:rsidR="003C34EA" w:rsidRPr="003C34EA" w:rsidRDefault="003C34EA" w:rsidP="003C34EA">
      <w:pPr>
        <w:spacing w:after="160"/>
        <w:rPr>
          <w:rFonts w:ascii="Times New Roman" w:hAnsi="Times New Roman" w:cs="Times New Roman"/>
        </w:rPr>
      </w:pPr>
    </w:p>
    <w:p w:rsidR="007E39A3" w:rsidRDefault="007E39A3">
      <w:pPr>
        <w:rPr>
          <w:rFonts w:ascii="Times New Roman" w:hAnsi="Times New Roman" w:cs="Times New Roman"/>
          <w:sz w:val="24"/>
          <w:szCs w:val="24"/>
        </w:rPr>
      </w:pPr>
      <w:r w:rsidRPr="007E39A3">
        <w:rPr>
          <w:rFonts w:ascii="Times New Roman" w:hAnsi="Times New Roman" w:cs="Times New Roman"/>
          <w:b/>
          <w:sz w:val="24"/>
          <w:szCs w:val="24"/>
        </w:rPr>
        <w:lastRenderedPageBreak/>
        <w:t xml:space="preserve">Objective: </w:t>
      </w:r>
    </w:p>
    <w:p w:rsidR="00276687" w:rsidRPr="008D1F14" w:rsidRDefault="00276687" w:rsidP="00276687">
      <w:pPr>
        <w:numPr>
          <w:ilvl w:val="0"/>
          <w:numId w:val="1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D1F14">
        <w:rPr>
          <w:rFonts w:ascii="Times New Roman" w:eastAsia="Times New Roman" w:hAnsi="Times New Roman" w:cs="Times New Roman"/>
          <w:sz w:val="24"/>
          <w:szCs w:val="24"/>
        </w:rPr>
        <w:t>To enhance student awareness about various coding platforms and tools.</w:t>
      </w:r>
    </w:p>
    <w:p w:rsidR="00276687" w:rsidRPr="008D1F14" w:rsidRDefault="00276687" w:rsidP="00276687">
      <w:pPr>
        <w:numPr>
          <w:ilvl w:val="0"/>
          <w:numId w:val="1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D1F14">
        <w:rPr>
          <w:rFonts w:ascii="Times New Roman" w:eastAsia="Times New Roman" w:hAnsi="Times New Roman" w:cs="Times New Roman"/>
          <w:sz w:val="24"/>
          <w:szCs w:val="24"/>
        </w:rPr>
        <w:t>To introduce competitive programming opportunities and their benefits.</w:t>
      </w:r>
    </w:p>
    <w:p w:rsidR="00276687" w:rsidRPr="008D1F14" w:rsidRDefault="00276687" w:rsidP="00276687">
      <w:pPr>
        <w:numPr>
          <w:ilvl w:val="0"/>
          <w:numId w:val="1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D1F14">
        <w:rPr>
          <w:rFonts w:ascii="Times New Roman" w:eastAsia="Times New Roman" w:hAnsi="Times New Roman" w:cs="Times New Roman"/>
          <w:sz w:val="24"/>
          <w:szCs w:val="24"/>
        </w:rPr>
        <w:t>To motivate students to participate actively in coding contests and hackathons.</w:t>
      </w:r>
    </w:p>
    <w:p w:rsidR="00276687" w:rsidRPr="008D1F14" w:rsidRDefault="00276687" w:rsidP="00276687">
      <w:pPr>
        <w:numPr>
          <w:ilvl w:val="0"/>
          <w:numId w:val="1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D1F14">
        <w:rPr>
          <w:rFonts w:ascii="Times New Roman" w:eastAsia="Times New Roman" w:hAnsi="Times New Roman" w:cs="Times New Roman"/>
          <w:sz w:val="24"/>
          <w:szCs w:val="24"/>
        </w:rPr>
        <w:t>To provide career guidance related to software development, AI, and emerging technologies.</w:t>
      </w:r>
    </w:p>
    <w:p w:rsidR="00276687" w:rsidRPr="008D1F14" w:rsidRDefault="003C34EA" w:rsidP="0027668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E39A3">
        <w:rPr>
          <w:rFonts w:ascii="Times New Roman" w:hAnsi="Times New Roman" w:cs="Times New Roman"/>
          <w:b/>
          <w:sz w:val="24"/>
          <w:szCs w:val="24"/>
        </w:rPr>
        <w:t xml:space="preserve">Benefit in terms of Learning / Skill / Knowledge obtained: </w:t>
      </w:r>
      <w:r w:rsidR="00276687" w:rsidRPr="008D1F14">
        <w:rPr>
          <w:rFonts w:ascii="Times New Roman" w:eastAsia="Times New Roman" w:hAnsi="Times New Roman" w:cs="Times New Roman"/>
          <w:sz w:val="24"/>
          <w:szCs w:val="24"/>
        </w:rPr>
        <w:t xml:space="preserve">Students gain clarity on using coding platforms </w:t>
      </w:r>
      <w:r w:rsidR="00276687">
        <w:rPr>
          <w:rFonts w:ascii="Times New Roman" w:eastAsia="Times New Roman" w:hAnsi="Times New Roman" w:cs="Times New Roman"/>
          <w:sz w:val="24"/>
          <w:szCs w:val="24"/>
        </w:rPr>
        <w:t>like Lee code, Code Chef, Hacker rank.</w:t>
      </w:r>
    </w:p>
    <w:p w:rsidR="00276687" w:rsidRPr="008D1F14" w:rsidRDefault="003C34EA" w:rsidP="003C34EA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7E39A3">
        <w:rPr>
          <w:rFonts w:ascii="Times New Roman" w:hAnsi="Times New Roman" w:cs="Times New Roman"/>
          <w:b/>
          <w:sz w:val="24"/>
          <w:szCs w:val="24"/>
        </w:rPr>
        <w:t xml:space="preserve">Outcome of the Activity: </w:t>
      </w:r>
      <w:r w:rsidR="00276687" w:rsidRPr="008D1F14">
        <w:rPr>
          <w:rFonts w:ascii="Times New Roman" w:eastAsia="Times New Roman" w:hAnsi="Times New Roman" w:cs="Times New Roman"/>
          <w:sz w:val="24"/>
          <w:szCs w:val="24"/>
        </w:rPr>
        <w:t>Increased interest and participation in competitive programming and hackathons.</w:t>
      </w:r>
    </w:p>
    <w:p w:rsidR="00276687" w:rsidRPr="008D1F14" w:rsidRDefault="00276687" w:rsidP="00276687">
      <w:pPr>
        <w:numPr>
          <w:ilvl w:val="0"/>
          <w:numId w:val="1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D1F14">
        <w:rPr>
          <w:rFonts w:ascii="Times New Roman" w:eastAsia="Times New Roman" w:hAnsi="Times New Roman" w:cs="Times New Roman"/>
          <w:sz w:val="24"/>
          <w:szCs w:val="24"/>
        </w:rPr>
        <w:t>Improved understanding of programming fundamentals and problem-solving strategies.</w:t>
      </w:r>
    </w:p>
    <w:p w:rsidR="00276687" w:rsidRPr="008D1F14" w:rsidRDefault="00276687" w:rsidP="00276687">
      <w:pPr>
        <w:numPr>
          <w:ilvl w:val="0"/>
          <w:numId w:val="1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D1F14">
        <w:rPr>
          <w:rFonts w:ascii="Times New Roman" w:eastAsia="Times New Roman" w:hAnsi="Times New Roman" w:cs="Times New Roman"/>
          <w:sz w:val="24"/>
          <w:szCs w:val="24"/>
        </w:rPr>
        <w:t>Awareness of industry expectations, AI applications, and future technology career paths.</w:t>
      </w:r>
    </w:p>
    <w:p w:rsidR="00276687" w:rsidRPr="008D7B10" w:rsidRDefault="00276687" w:rsidP="003C34EA">
      <w:pPr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1F14">
        <w:rPr>
          <w:rFonts w:ascii="Times New Roman" w:eastAsia="Times New Roman" w:hAnsi="Times New Roman" w:cs="Times New Roman"/>
          <w:sz w:val="24"/>
          <w:szCs w:val="24"/>
        </w:rPr>
        <w:t>Enhanced motivation to pursue skill development beyond academics.</w:t>
      </w:r>
    </w:p>
    <w:p w:rsidR="007E39A3" w:rsidRPr="007E39A3" w:rsidRDefault="002F5CE8" w:rsidP="003C34E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F5CE8">
        <w:rPr>
          <w:rFonts w:ascii="Times New Roman" w:hAnsi="Times New Roman" w:cs="Times New Roman"/>
          <w:sz w:val="24"/>
          <w:szCs w:val="24"/>
        </w:rPr>
        <w:t>.</w:t>
      </w:r>
      <w:r w:rsidRPr="002F5CE8">
        <w:rPr>
          <w:rFonts w:ascii="Times New Roman" w:hAnsi="Times New Roman" w:cs="Times New Roman"/>
          <w:sz w:val="24"/>
          <w:szCs w:val="24"/>
        </w:rPr>
        <w:br/>
      </w:r>
      <w:r w:rsidR="007E39A3" w:rsidRPr="007E39A3">
        <w:rPr>
          <w:rStyle w:val="Strong"/>
          <w:rFonts w:ascii="Times New Roman" w:hAnsi="Times New Roman" w:cs="Times New Roman"/>
          <w:sz w:val="24"/>
          <w:szCs w:val="24"/>
        </w:rPr>
        <w:t>Relevant SDGs</w:t>
      </w:r>
    </w:p>
    <w:p w:rsidR="008973F0" w:rsidRPr="008973F0" w:rsidRDefault="008973F0" w:rsidP="008973F0">
      <w:pPr>
        <w:pStyle w:val="ListParagraph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973F0">
        <w:rPr>
          <w:rFonts w:ascii="Times New Roman" w:eastAsia="Times New Roman" w:hAnsi="Times New Roman" w:cs="Times New Roman"/>
          <w:b/>
          <w:bCs/>
          <w:sz w:val="24"/>
          <w:szCs w:val="24"/>
        </w:rPr>
        <w:t>SDG 4 – Quality Education</w:t>
      </w:r>
      <w:r w:rsidRPr="008973F0">
        <w:rPr>
          <w:rFonts w:ascii="Times New Roman" w:eastAsia="Times New Roman" w:hAnsi="Times New Roman" w:cs="Times New Roman"/>
          <w:sz w:val="24"/>
          <w:szCs w:val="24"/>
        </w:rPr>
        <w:br/>
        <w:t>Enhances students’ knowledge of coding platforms, competitive programming, and emerging technologies, thereby supporting quality technical education.</w:t>
      </w:r>
    </w:p>
    <w:p w:rsidR="008973F0" w:rsidRPr="008973F0" w:rsidRDefault="008973F0" w:rsidP="008973F0">
      <w:pPr>
        <w:pStyle w:val="ListParagraph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973F0">
        <w:rPr>
          <w:rFonts w:ascii="Times New Roman" w:eastAsia="Times New Roman" w:hAnsi="Times New Roman" w:cs="Times New Roman"/>
          <w:b/>
          <w:bCs/>
          <w:sz w:val="24"/>
          <w:szCs w:val="24"/>
        </w:rPr>
        <w:t>SDG 8 – Decent Work and Economic Growth</w:t>
      </w:r>
      <w:r w:rsidRPr="008973F0">
        <w:rPr>
          <w:rFonts w:ascii="Times New Roman" w:eastAsia="Times New Roman" w:hAnsi="Times New Roman" w:cs="Times New Roman"/>
          <w:sz w:val="24"/>
          <w:szCs w:val="24"/>
        </w:rPr>
        <w:br/>
        <w:t>Provides career guidance and industry exposure, helping students develop employability skills relevant to the software and IT sectors.</w:t>
      </w:r>
    </w:p>
    <w:p w:rsidR="008973F0" w:rsidRPr="008973F0" w:rsidRDefault="008973F0" w:rsidP="008973F0">
      <w:pPr>
        <w:pStyle w:val="ListParagraph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973F0">
        <w:rPr>
          <w:rFonts w:ascii="Times New Roman" w:eastAsia="Times New Roman" w:hAnsi="Times New Roman" w:cs="Times New Roman"/>
          <w:b/>
          <w:bCs/>
          <w:sz w:val="24"/>
          <w:szCs w:val="24"/>
        </w:rPr>
        <w:t>SDG 9 – Industry, Innovation and Infrastructure</w:t>
      </w:r>
      <w:r w:rsidRPr="008973F0">
        <w:rPr>
          <w:rFonts w:ascii="Times New Roman" w:eastAsia="Times New Roman" w:hAnsi="Times New Roman" w:cs="Times New Roman"/>
          <w:sz w:val="24"/>
          <w:szCs w:val="24"/>
        </w:rPr>
        <w:br/>
        <w:t>Encourages innovation and awareness of modern technologies such as AI, machine learning, and cloud computing used in industry.</w:t>
      </w:r>
    </w:p>
    <w:p w:rsidR="007E39A3" w:rsidRPr="007E39A3" w:rsidRDefault="007E39A3" w:rsidP="007E39A3">
      <w:pPr>
        <w:pStyle w:val="NormalWeb"/>
      </w:pPr>
      <w:r w:rsidRPr="007E39A3">
        <w:rPr>
          <w:rStyle w:val="Strong"/>
        </w:rPr>
        <w:t>Program Outcomes mapped</w:t>
      </w:r>
    </w:p>
    <w:p w:rsidR="008973F0" w:rsidRPr="008973F0" w:rsidRDefault="008973F0" w:rsidP="008973F0">
      <w:pPr>
        <w:pStyle w:val="ListParagraph"/>
        <w:numPr>
          <w:ilvl w:val="0"/>
          <w:numId w:val="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973F0">
        <w:rPr>
          <w:rFonts w:ascii="Times New Roman" w:eastAsia="Times New Roman" w:hAnsi="Times New Roman" w:cs="Times New Roman"/>
          <w:b/>
          <w:bCs/>
          <w:sz w:val="24"/>
          <w:szCs w:val="24"/>
        </w:rPr>
        <w:t>PO1 – Engineering Knowledge</w:t>
      </w:r>
      <w:r w:rsidRPr="008973F0">
        <w:rPr>
          <w:rFonts w:ascii="Times New Roman" w:eastAsia="Times New Roman" w:hAnsi="Times New Roman" w:cs="Times New Roman"/>
          <w:sz w:val="24"/>
          <w:szCs w:val="24"/>
        </w:rPr>
        <w:br/>
        <w:t>Strengthened students’ understanding of programming fundamentals, algorithms, and software development concepts.</w:t>
      </w:r>
    </w:p>
    <w:p w:rsidR="008973F0" w:rsidRPr="008973F0" w:rsidRDefault="008973F0" w:rsidP="008973F0">
      <w:pPr>
        <w:pStyle w:val="ListParagraph"/>
        <w:numPr>
          <w:ilvl w:val="0"/>
          <w:numId w:val="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973F0">
        <w:rPr>
          <w:rFonts w:ascii="Times New Roman" w:eastAsia="Times New Roman" w:hAnsi="Times New Roman" w:cs="Times New Roman"/>
          <w:b/>
          <w:bCs/>
          <w:sz w:val="24"/>
          <w:szCs w:val="24"/>
        </w:rPr>
        <w:t>PO2 – Problem Analysis</w:t>
      </w:r>
      <w:r w:rsidRPr="008973F0">
        <w:rPr>
          <w:rFonts w:ascii="Times New Roman" w:eastAsia="Times New Roman" w:hAnsi="Times New Roman" w:cs="Times New Roman"/>
          <w:sz w:val="24"/>
          <w:szCs w:val="24"/>
        </w:rPr>
        <w:br/>
        <w:t>Improved students’ ability to analyze coding problems and select appropriate problem-solving strategies.</w:t>
      </w:r>
    </w:p>
    <w:p w:rsidR="008973F0" w:rsidRPr="008973F0" w:rsidRDefault="008973F0" w:rsidP="008973F0">
      <w:pPr>
        <w:pStyle w:val="ListParagraph"/>
        <w:numPr>
          <w:ilvl w:val="0"/>
          <w:numId w:val="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973F0">
        <w:rPr>
          <w:rFonts w:ascii="Times New Roman" w:eastAsia="Times New Roman" w:hAnsi="Times New Roman" w:cs="Times New Roman"/>
          <w:b/>
          <w:bCs/>
          <w:sz w:val="24"/>
          <w:szCs w:val="24"/>
        </w:rPr>
        <w:t>PO3 – Design/Development of Solutions</w:t>
      </w:r>
      <w:r w:rsidRPr="008973F0">
        <w:rPr>
          <w:rFonts w:ascii="Times New Roman" w:eastAsia="Times New Roman" w:hAnsi="Times New Roman" w:cs="Times New Roman"/>
          <w:sz w:val="24"/>
          <w:szCs w:val="24"/>
        </w:rPr>
        <w:br/>
        <w:t>Exposed students to structured approaches for designing efficient and scalable software solutions.</w:t>
      </w:r>
    </w:p>
    <w:p w:rsidR="008973F0" w:rsidRPr="008973F0" w:rsidRDefault="008973F0" w:rsidP="008973F0">
      <w:pPr>
        <w:pStyle w:val="ListParagraph"/>
        <w:numPr>
          <w:ilvl w:val="0"/>
          <w:numId w:val="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973F0">
        <w:rPr>
          <w:rFonts w:ascii="Times New Roman" w:eastAsia="Times New Roman" w:hAnsi="Times New Roman" w:cs="Times New Roman"/>
          <w:b/>
          <w:bCs/>
          <w:sz w:val="24"/>
          <w:szCs w:val="24"/>
        </w:rPr>
        <w:t>PO5 – Modern Tool Usage</w:t>
      </w:r>
      <w:r w:rsidRPr="008973F0">
        <w:rPr>
          <w:rFonts w:ascii="Times New Roman" w:eastAsia="Times New Roman" w:hAnsi="Times New Roman" w:cs="Times New Roman"/>
          <w:sz w:val="24"/>
          <w:szCs w:val="24"/>
        </w:rPr>
        <w:br/>
        <w:t>Introduced students to modern coding platforms and development tools used for competitive programming and interviews.</w:t>
      </w:r>
    </w:p>
    <w:p w:rsidR="008973F0" w:rsidRPr="008973F0" w:rsidRDefault="008973F0" w:rsidP="008973F0">
      <w:pPr>
        <w:pStyle w:val="ListParagraph"/>
        <w:numPr>
          <w:ilvl w:val="0"/>
          <w:numId w:val="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973F0">
        <w:rPr>
          <w:rFonts w:ascii="Times New Roman" w:eastAsia="Times New Roman" w:hAnsi="Times New Roman" w:cs="Times New Roman"/>
          <w:b/>
          <w:bCs/>
          <w:sz w:val="24"/>
          <w:szCs w:val="24"/>
        </w:rPr>
        <w:t>PO9– Individual and Team Work</w:t>
      </w:r>
      <w:r w:rsidRPr="008973F0">
        <w:rPr>
          <w:rFonts w:ascii="Times New Roman" w:eastAsia="Times New Roman" w:hAnsi="Times New Roman" w:cs="Times New Roman"/>
          <w:sz w:val="24"/>
          <w:szCs w:val="24"/>
        </w:rPr>
        <w:br/>
        <w:t>Encouraged collaborative learning and peer interaction during discussions on contests and hackathons.</w:t>
      </w:r>
    </w:p>
    <w:p w:rsidR="008973F0" w:rsidRPr="008973F0" w:rsidRDefault="008973F0" w:rsidP="008973F0">
      <w:pPr>
        <w:pStyle w:val="ListParagraph"/>
        <w:numPr>
          <w:ilvl w:val="0"/>
          <w:numId w:val="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973F0">
        <w:rPr>
          <w:rFonts w:ascii="Times New Roman" w:eastAsia="Times New Roman" w:hAnsi="Times New Roman" w:cs="Times New Roman"/>
          <w:b/>
          <w:bCs/>
          <w:sz w:val="24"/>
          <w:szCs w:val="24"/>
        </w:rPr>
        <w:t>PO11 – Life-long Learning</w:t>
      </w:r>
      <w:r w:rsidRPr="008973F0">
        <w:rPr>
          <w:rFonts w:ascii="Times New Roman" w:eastAsia="Times New Roman" w:hAnsi="Times New Roman" w:cs="Times New Roman"/>
          <w:sz w:val="24"/>
          <w:szCs w:val="24"/>
        </w:rPr>
        <w:br/>
        <w:t>Motivated students to pursue continuous learning, self-upskilling, and participation in coding competitions beyond academics.</w:t>
      </w:r>
    </w:p>
    <w:p w:rsidR="003C34EA" w:rsidRPr="003C34EA" w:rsidRDefault="003C34EA" w:rsidP="003C34EA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E39A3">
        <w:rPr>
          <w:rFonts w:ascii="Times New Roman" w:hAnsi="Times New Roman" w:cs="Times New Roman"/>
          <w:b/>
          <w:sz w:val="24"/>
          <w:szCs w:val="24"/>
        </w:rPr>
        <w:t>Key Highlights</w:t>
      </w:r>
      <w:r>
        <w:rPr>
          <w:rFonts w:ascii="Times New Roman" w:hAnsi="Times New Roman" w:cs="Times New Roman"/>
          <w:b/>
          <w:sz w:val="24"/>
          <w:szCs w:val="24"/>
        </w:rPr>
        <w:t xml:space="preserve">:  </w:t>
      </w:r>
      <w:r w:rsidRPr="008D1F14">
        <w:rPr>
          <w:rFonts w:ascii="Times New Roman" w:eastAsia="Times New Roman" w:hAnsi="Times New Roman" w:cs="Times New Roman"/>
          <w:sz w:val="24"/>
          <w:szCs w:val="24"/>
        </w:rPr>
        <w:t>Enhanced motivation to pursue skill development beyond academics.</w:t>
      </w:r>
    </w:p>
    <w:p w:rsidR="000D3A4D" w:rsidRPr="007E39A3" w:rsidRDefault="003C34EA">
      <w:pPr>
        <w:rPr>
          <w:rFonts w:ascii="Times New Roman" w:hAnsi="Times New Roman" w:cs="Times New Roman"/>
          <w:sz w:val="24"/>
          <w:szCs w:val="24"/>
        </w:rPr>
      </w:pPr>
      <w:r w:rsidRPr="007E39A3">
        <w:rPr>
          <w:rFonts w:ascii="Times New Roman" w:hAnsi="Times New Roman" w:cs="Times New Roman"/>
          <w:b/>
          <w:sz w:val="24"/>
          <w:szCs w:val="24"/>
        </w:rPr>
        <w:t xml:space="preserve">Participant Details: </w:t>
      </w:r>
      <w:r w:rsidRPr="007E39A3">
        <w:rPr>
          <w:rFonts w:ascii="Times New Roman" w:hAnsi="Times New Roman" w:cs="Times New Roman"/>
          <w:sz w:val="24"/>
          <w:szCs w:val="24"/>
        </w:rPr>
        <w:t>102 Students</w:t>
      </w:r>
    </w:p>
    <w:p w:rsidR="000D3A4D" w:rsidRPr="007E39A3" w:rsidRDefault="003C34EA">
      <w:pPr>
        <w:rPr>
          <w:rFonts w:ascii="Times New Roman" w:hAnsi="Times New Roman" w:cs="Times New Roman"/>
          <w:sz w:val="24"/>
          <w:szCs w:val="24"/>
        </w:rPr>
      </w:pPr>
      <w:r w:rsidRPr="007E39A3">
        <w:rPr>
          <w:rFonts w:ascii="Times New Roman" w:hAnsi="Times New Roman" w:cs="Times New Roman"/>
          <w:b/>
          <w:sz w:val="24"/>
          <w:szCs w:val="24"/>
        </w:rPr>
        <w:t xml:space="preserve">Total number of Student Participation (Internal / External if any): </w:t>
      </w:r>
      <w:r w:rsidRPr="007E39A3">
        <w:rPr>
          <w:rFonts w:ascii="Times New Roman" w:hAnsi="Times New Roman" w:cs="Times New Roman"/>
          <w:sz w:val="24"/>
          <w:szCs w:val="24"/>
        </w:rPr>
        <w:t xml:space="preserve">102 </w:t>
      </w:r>
      <w:r w:rsidRPr="002F5CE8">
        <w:rPr>
          <w:rFonts w:ascii="Times New Roman" w:hAnsi="Times New Roman" w:cs="Times New Roman"/>
          <w:b/>
          <w:sz w:val="24"/>
          <w:szCs w:val="24"/>
        </w:rPr>
        <w:t>(Internal)</w:t>
      </w:r>
    </w:p>
    <w:p w:rsidR="000D3A4D" w:rsidRPr="002F5CE8" w:rsidRDefault="003C34EA">
      <w:pPr>
        <w:rPr>
          <w:rFonts w:ascii="Times New Roman" w:hAnsi="Times New Roman" w:cs="Times New Roman"/>
          <w:sz w:val="24"/>
          <w:szCs w:val="24"/>
        </w:rPr>
      </w:pPr>
      <w:r w:rsidRPr="007E39A3">
        <w:rPr>
          <w:rFonts w:ascii="Times New Roman" w:hAnsi="Times New Roman" w:cs="Times New Roman"/>
          <w:b/>
          <w:sz w:val="24"/>
          <w:szCs w:val="24"/>
        </w:rPr>
        <w:t xml:space="preserve">Total number of Staff (Teaching / Non-Teaching) Participation: </w:t>
      </w:r>
      <w:r w:rsidR="002F5CE8">
        <w:rPr>
          <w:rFonts w:ascii="Times New Roman" w:hAnsi="Times New Roman" w:cs="Times New Roman"/>
          <w:b/>
          <w:sz w:val="24"/>
          <w:szCs w:val="24"/>
        </w:rPr>
        <w:t xml:space="preserve">7 </w:t>
      </w:r>
      <w:r w:rsidR="002F5CE8" w:rsidRPr="002F5CE8">
        <w:rPr>
          <w:rFonts w:ascii="Times New Roman" w:hAnsi="Times New Roman" w:cs="Times New Roman"/>
          <w:sz w:val="24"/>
          <w:szCs w:val="24"/>
        </w:rPr>
        <w:t xml:space="preserve">(Teaching </w:t>
      </w:r>
      <w:r w:rsidRPr="002F5CE8">
        <w:rPr>
          <w:rFonts w:ascii="Times New Roman" w:hAnsi="Times New Roman" w:cs="Times New Roman"/>
          <w:sz w:val="24"/>
          <w:szCs w:val="24"/>
        </w:rPr>
        <w:t>Faculty Coordinators from Coding Club</w:t>
      </w:r>
      <w:r w:rsidR="002F5CE8" w:rsidRPr="002F5CE8">
        <w:rPr>
          <w:rFonts w:ascii="Times New Roman" w:hAnsi="Times New Roman" w:cs="Times New Roman"/>
          <w:sz w:val="24"/>
          <w:szCs w:val="24"/>
        </w:rPr>
        <w:t>)</w:t>
      </w:r>
    </w:p>
    <w:p w:rsidR="00A54C4C" w:rsidRDefault="003C34EA">
      <w:pPr>
        <w:rPr>
          <w:rFonts w:ascii="Times New Roman" w:hAnsi="Times New Roman" w:cs="Times New Roman"/>
          <w:b/>
          <w:sz w:val="24"/>
          <w:szCs w:val="24"/>
        </w:rPr>
      </w:pPr>
      <w:r w:rsidRPr="007E39A3">
        <w:rPr>
          <w:rFonts w:ascii="Times New Roman" w:hAnsi="Times New Roman" w:cs="Times New Roman"/>
          <w:b/>
          <w:sz w:val="24"/>
          <w:szCs w:val="24"/>
        </w:rPr>
        <w:t xml:space="preserve">Geotagged Photographs: </w:t>
      </w:r>
      <w:r w:rsidRPr="007E39A3">
        <w:rPr>
          <w:rFonts w:ascii="Times New Roman" w:hAnsi="Times New Roman" w:cs="Times New Roman"/>
          <w:sz w:val="24"/>
          <w:szCs w:val="24"/>
        </w:rPr>
        <w:t>Attached</w:t>
      </w:r>
    </w:p>
    <w:p w:rsidR="00A54C4C" w:rsidRDefault="00B073B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609850" cy="1957388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51031_30001PMByGPSMapCamera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0685" cy="1958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800350" cy="2100263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51031_30013PMByGPSMapCamera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100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565400" cy="1924050"/>
            <wp:effectExtent l="0" t="0" r="635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51031_25624PMByGPSMapCamera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923" cy="1924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679700" cy="2009776"/>
            <wp:effectExtent l="0" t="0" r="635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51031_30023PMByGPSMapCamera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0357" cy="2010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4C4C" w:rsidRDefault="00A54C4C">
      <w:pPr>
        <w:rPr>
          <w:rFonts w:ascii="Times New Roman" w:hAnsi="Times New Roman" w:cs="Times New Roman"/>
          <w:b/>
          <w:sz w:val="24"/>
          <w:szCs w:val="24"/>
        </w:rPr>
      </w:pPr>
    </w:p>
    <w:p w:rsidR="000D3A4D" w:rsidRPr="007E39A3" w:rsidRDefault="003C34EA">
      <w:pPr>
        <w:rPr>
          <w:rFonts w:ascii="Times New Roman" w:hAnsi="Times New Roman" w:cs="Times New Roman"/>
          <w:sz w:val="24"/>
          <w:szCs w:val="24"/>
        </w:rPr>
      </w:pPr>
      <w:r w:rsidRPr="007E39A3">
        <w:rPr>
          <w:rFonts w:ascii="Times New Roman" w:hAnsi="Times New Roman" w:cs="Times New Roman"/>
          <w:b/>
          <w:sz w:val="24"/>
          <w:szCs w:val="24"/>
        </w:rPr>
        <w:t xml:space="preserve">Expenditure: </w:t>
      </w:r>
      <w:r>
        <w:rPr>
          <w:rFonts w:ascii="Times New Roman" w:hAnsi="Times New Roman" w:cs="Times New Roman"/>
          <w:b/>
          <w:sz w:val="24"/>
          <w:szCs w:val="24"/>
        </w:rPr>
        <w:t>NIL</w:t>
      </w:r>
    </w:p>
    <w:sectPr w:rsidR="000D3A4D" w:rsidRPr="007E39A3" w:rsidSect="003C34EA">
      <w:pgSz w:w="12240" w:h="15840"/>
      <w:pgMar w:top="540" w:right="1800" w:bottom="72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Old English Text MT">
    <w:panose1 w:val="03040902040508030806"/>
    <w:charset w:val="00"/>
    <w:family w:val="script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ECB4427"/>
    <w:multiLevelType w:val="multilevel"/>
    <w:tmpl w:val="A76EB0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AF14411"/>
    <w:multiLevelType w:val="multilevel"/>
    <w:tmpl w:val="0AB624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064431E"/>
    <w:multiLevelType w:val="multilevel"/>
    <w:tmpl w:val="4940AC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C8072F6"/>
    <w:multiLevelType w:val="hybridMultilevel"/>
    <w:tmpl w:val="3F309A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CFF39DC"/>
    <w:multiLevelType w:val="hybridMultilevel"/>
    <w:tmpl w:val="D166B5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4DA18CE"/>
    <w:multiLevelType w:val="hybridMultilevel"/>
    <w:tmpl w:val="9EFCCDF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7BE55AE2"/>
    <w:multiLevelType w:val="multilevel"/>
    <w:tmpl w:val="D8467A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7FAF442F"/>
    <w:multiLevelType w:val="multilevel"/>
    <w:tmpl w:val="022E14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15"/>
  </w:num>
  <w:num w:numId="11">
    <w:abstractNumId w:val="10"/>
  </w:num>
  <w:num w:numId="12">
    <w:abstractNumId w:val="11"/>
  </w:num>
  <w:num w:numId="13">
    <w:abstractNumId w:val="16"/>
  </w:num>
  <w:num w:numId="14">
    <w:abstractNumId w:val="14"/>
  </w:num>
  <w:num w:numId="15">
    <w:abstractNumId w:val="9"/>
  </w:num>
  <w:num w:numId="16">
    <w:abstractNumId w:val="12"/>
  </w:num>
  <w:num w:numId="17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7730"/>
    <w:rsid w:val="00034616"/>
    <w:rsid w:val="0006063C"/>
    <w:rsid w:val="000D3A4D"/>
    <w:rsid w:val="0015074B"/>
    <w:rsid w:val="001A78DF"/>
    <w:rsid w:val="00276687"/>
    <w:rsid w:val="0029639D"/>
    <w:rsid w:val="002F5CE8"/>
    <w:rsid w:val="00326F90"/>
    <w:rsid w:val="00396E7A"/>
    <w:rsid w:val="003C34EA"/>
    <w:rsid w:val="005D4698"/>
    <w:rsid w:val="0076697C"/>
    <w:rsid w:val="007E39A3"/>
    <w:rsid w:val="008973F0"/>
    <w:rsid w:val="00915720"/>
    <w:rsid w:val="00A54C4C"/>
    <w:rsid w:val="00AA1D8D"/>
    <w:rsid w:val="00B073BD"/>
    <w:rsid w:val="00B47730"/>
    <w:rsid w:val="00CB0664"/>
    <w:rsid w:val="00EF096F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300"/>
  <w15:docId w15:val="{11DF5D10-C3AF-4A83-993F-3AD5F534F9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styleId="NormalWeb">
    <w:name w:val="Normal (Web)"/>
    <w:basedOn w:val="Normal"/>
    <w:uiPriority w:val="99"/>
    <w:unhideWhenUsed/>
    <w:rsid w:val="007E39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346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4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1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jp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4C6DF6F-005A-4D6D-9368-EFD39085AB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3</Pages>
  <Words>686</Words>
  <Characters>3915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4592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sra</cp:lastModifiedBy>
  <cp:revision>7</cp:revision>
  <dcterms:created xsi:type="dcterms:W3CDTF">2025-12-14T15:42:00Z</dcterms:created>
  <dcterms:modified xsi:type="dcterms:W3CDTF">2025-12-14T17:22:00Z</dcterms:modified>
  <cp:category/>
</cp:coreProperties>
</file>